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D073AA" w14:textId="77777777" w:rsidR="00A821D4" w:rsidRDefault="00F52179">
      <w:pPr>
        <w:pStyle w:val="Title"/>
      </w:pPr>
      <w:r>
        <w:t>Let's Eat – Canteen Price List</w:t>
      </w:r>
    </w:p>
    <w:p w14:paraId="10F1FAE8" w14:textId="77777777" w:rsidR="00A821D4" w:rsidRDefault="00F52179">
      <w:pPr>
        <w:pStyle w:val="Heading1"/>
      </w:pPr>
      <w:r>
        <w:t>Morning Break</w:t>
      </w:r>
    </w:p>
    <w:p w14:paraId="2E3347F6" w14:textId="1269ADF6" w:rsidR="00A821D4" w:rsidRDefault="00F52179">
      <w:r>
        <w:t>Toast Buttered – £0.3</w:t>
      </w:r>
      <w:r w:rsidR="004F5FA4">
        <w:t>5</w:t>
      </w:r>
    </w:p>
    <w:p w14:paraId="7CA344C4" w14:textId="77777777" w:rsidR="001A3CF5" w:rsidRDefault="001A3CF5" w:rsidP="001A3CF5">
      <w:r>
        <w:t>Potato Bread - £0.60</w:t>
      </w:r>
    </w:p>
    <w:p w14:paraId="005C6C42" w14:textId="3E9A3484" w:rsidR="00A821D4" w:rsidRDefault="00F52179">
      <w:r>
        <w:t>Toasted Soda – £0.</w:t>
      </w:r>
      <w:r w:rsidR="00D71790">
        <w:t>7</w:t>
      </w:r>
      <w:r>
        <w:t>0</w:t>
      </w:r>
    </w:p>
    <w:p w14:paraId="74B1C2D1" w14:textId="77777777" w:rsidR="00A821D4" w:rsidRDefault="00F52179">
      <w:r>
        <w:t>Cheese Soda – £1.00</w:t>
      </w:r>
    </w:p>
    <w:p w14:paraId="7512419A" w14:textId="51D2F973" w:rsidR="004F5FA4" w:rsidRDefault="004F5FA4">
      <w:r>
        <w:t>Egg Soda - £1.50</w:t>
      </w:r>
    </w:p>
    <w:p w14:paraId="34B7BD4D" w14:textId="26F00D58" w:rsidR="004F5FA4" w:rsidRDefault="004F5FA4">
      <w:r>
        <w:t>Ham &amp; Cheese Toast - £0.80</w:t>
      </w:r>
    </w:p>
    <w:p w14:paraId="6FED2C06" w14:textId="378FD562" w:rsidR="004F5FA4" w:rsidRDefault="004F5FA4">
      <w:r>
        <w:t>Sausage - £0.90</w:t>
      </w:r>
    </w:p>
    <w:p w14:paraId="250C719D" w14:textId="400E6E16" w:rsidR="00A821D4" w:rsidRDefault="00F52179">
      <w:r>
        <w:t>Sausage Roll Large – £1.</w:t>
      </w:r>
      <w:r w:rsidR="00631650">
        <w:t>2</w:t>
      </w:r>
      <w:r w:rsidR="004F5FA4">
        <w:t>0</w:t>
      </w:r>
    </w:p>
    <w:p w14:paraId="6F6A437D" w14:textId="65BE2FEA" w:rsidR="00A821D4" w:rsidRDefault="00F52179">
      <w:r>
        <w:t>Bacon Bap – £1.</w:t>
      </w:r>
      <w:r w:rsidR="004F5FA4">
        <w:t>60</w:t>
      </w:r>
    </w:p>
    <w:p w14:paraId="1A9F76EB" w14:textId="1B482033" w:rsidR="00A821D4" w:rsidRDefault="00F52179">
      <w:r>
        <w:t>Jambon – £1</w:t>
      </w:r>
      <w:r w:rsidR="004F5FA4">
        <w:t>.</w:t>
      </w:r>
      <w:r w:rsidR="00631650">
        <w:t>20</w:t>
      </w:r>
    </w:p>
    <w:p w14:paraId="454F4B3C" w14:textId="25B88453" w:rsidR="00A821D4" w:rsidRDefault="004F5FA4">
      <w:r>
        <w:t>Pizza Bagel –</w:t>
      </w:r>
      <w:r w:rsidR="00F52179">
        <w:t xml:space="preserve"> £</w:t>
      </w:r>
      <w:r>
        <w:t>1.10</w:t>
      </w:r>
    </w:p>
    <w:p w14:paraId="3015C0B2" w14:textId="11B8599A" w:rsidR="00BF4988" w:rsidRDefault="00BF4988">
      <w:r>
        <w:t>Hash Brown - £0.60</w:t>
      </w:r>
    </w:p>
    <w:p w14:paraId="07AA8A97" w14:textId="046F63A2" w:rsidR="004F5FA4" w:rsidRDefault="004F5FA4">
      <w:r>
        <w:t>Cereal - £0.80</w:t>
      </w:r>
    </w:p>
    <w:p w14:paraId="0E06160A" w14:textId="33CAC30F" w:rsidR="00A821D4" w:rsidRDefault="00F52179">
      <w:r>
        <w:t>Cereal and Milk – £1.</w:t>
      </w:r>
      <w:r w:rsidR="004F5FA4">
        <w:t>40</w:t>
      </w:r>
    </w:p>
    <w:p w14:paraId="60E30828" w14:textId="7D7CF5A1" w:rsidR="00FA3053" w:rsidRDefault="00FA3053">
      <w:r>
        <w:t>Cereal Bars - £1.</w:t>
      </w:r>
      <w:r w:rsidR="00631650">
        <w:t>10</w:t>
      </w:r>
    </w:p>
    <w:p w14:paraId="1A883DED" w14:textId="0F35E00C" w:rsidR="00A821D4" w:rsidRDefault="00F52179">
      <w:r>
        <w:t>Pancake Buttered – £0.</w:t>
      </w:r>
      <w:r w:rsidR="00631650">
        <w:t>8</w:t>
      </w:r>
      <w:r w:rsidR="00BF4988">
        <w:t>0</w:t>
      </w:r>
    </w:p>
    <w:p w14:paraId="6D0F10E3" w14:textId="65613970" w:rsidR="00631650" w:rsidRDefault="00631650">
      <w:r>
        <w:t>Pancake Large - £1.00</w:t>
      </w:r>
    </w:p>
    <w:p w14:paraId="77BC5ABA" w14:textId="7A037526" w:rsidR="00A821D4" w:rsidRDefault="00F52179">
      <w:r>
        <w:t>Wheaten Bread – £0.40</w:t>
      </w:r>
    </w:p>
    <w:p w14:paraId="0FF1832A" w14:textId="5F6B1A38" w:rsidR="00A821D4" w:rsidRDefault="00F52179">
      <w:r>
        <w:t>Scone Buttered</w:t>
      </w:r>
      <w:r w:rsidR="004F5FA4">
        <w:t>/Jammed</w:t>
      </w:r>
      <w:r>
        <w:t xml:space="preserve"> – £0.</w:t>
      </w:r>
      <w:r w:rsidR="004F5FA4">
        <w:t>80</w:t>
      </w:r>
    </w:p>
    <w:p w14:paraId="3F41A3D2" w14:textId="77777777" w:rsidR="00A821D4" w:rsidRDefault="00F52179">
      <w:pPr>
        <w:pStyle w:val="Heading1"/>
      </w:pPr>
      <w:r>
        <w:t>Bakery</w:t>
      </w:r>
    </w:p>
    <w:p w14:paraId="543686A8" w14:textId="455E050E" w:rsidR="00A821D4" w:rsidRDefault="00F52179">
      <w:r>
        <w:t>American Muffin – £</w:t>
      </w:r>
      <w:r w:rsidR="00BF4988">
        <w:t>1.</w:t>
      </w:r>
      <w:r w:rsidR="00631650">
        <w:t>5</w:t>
      </w:r>
      <w:r w:rsidR="00BF4988">
        <w:t>0</w:t>
      </w:r>
    </w:p>
    <w:p w14:paraId="4AD8ACED" w14:textId="35EEC702" w:rsidR="00A821D4" w:rsidRDefault="00F52179">
      <w:r>
        <w:t>Traybakes / Cookies – £</w:t>
      </w:r>
      <w:r w:rsidR="00BF4988">
        <w:t>1.20</w:t>
      </w:r>
    </w:p>
    <w:p w14:paraId="3BBC5A8E" w14:textId="46C52BE9" w:rsidR="00A821D4" w:rsidRDefault="00BF4988">
      <w:r>
        <w:lastRenderedPageBreak/>
        <w:t>Fudge Cake –</w:t>
      </w:r>
      <w:r w:rsidR="00F52179">
        <w:t xml:space="preserve"> £</w:t>
      </w:r>
      <w:r>
        <w:t>1</w:t>
      </w:r>
      <w:r w:rsidR="00F52179">
        <w:t>.</w:t>
      </w:r>
      <w:r w:rsidR="00631650">
        <w:t>40</w:t>
      </w:r>
    </w:p>
    <w:p w14:paraId="2421EB3B" w14:textId="34394901" w:rsidR="00BF4988" w:rsidRDefault="00F52179">
      <w:r>
        <w:t>Pain au Chocolat / Croissant – £1.</w:t>
      </w:r>
      <w:r w:rsidR="00631650">
        <w:t>2</w:t>
      </w:r>
      <w:r>
        <w:t>0</w:t>
      </w:r>
    </w:p>
    <w:p w14:paraId="37395414" w14:textId="469AC1D4" w:rsidR="00FA3053" w:rsidRDefault="00F52179">
      <w:r>
        <w:t>Cinnamon Swirls – £1.</w:t>
      </w:r>
      <w:r w:rsidR="00631650">
        <w:t>2</w:t>
      </w:r>
      <w:r>
        <w:t>0</w:t>
      </w:r>
    </w:p>
    <w:p w14:paraId="4681A1DA" w14:textId="664FC66B" w:rsidR="00A821D4" w:rsidRDefault="00FA3053">
      <w:r>
        <w:t>Biscuits</w:t>
      </w:r>
      <w:r w:rsidR="00F52179">
        <w:t xml:space="preserve"> x2 – £0.</w:t>
      </w:r>
      <w:r>
        <w:t>9</w:t>
      </w:r>
      <w:r w:rsidR="00F52179">
        <w:t>0</w:t>
      </w:r>
    </w:p>
    <w:p w14:paraId="0681E394" w14:textId="5908E706" w:rsidR="00F15486" w:rsidRDefault="00F52179" w:rsidP="00F15486">
      <w:pPr>
        <w:pStyle w:val="Heading1"/>
      </w:pPr>
      <w:r>
        <w:t>Grab &amp; Go</w:t>
      </w:r>
      <w:r w:rsidR="00F15486">
        <w:t xml:space="preserve"> Sandwich Bar</w:t>
      </w:r>
    </w:p>
    <w:p w14:paraId="6DDF2609" w14:textId="3598DAF2" w:rsidR="00F15486" w:rsidRPr="00F15486" w:rsidRDefault="00F15486" w:rsidP="00F15486">
      <w:r>
        <w:t>Sandwiches / Wrap / Baguette (salad) - £2.</w:t>
      </w:r>
      <w:r w:rsidR="00631650">
        <w:t>70</w:t>
      </w:r>
    </w:p>
    <w:p w14:paraId="1B3A237A" w14:textId="48298261" w:rsidR="00A821D4" w:rsidRDefault="00F52179">
      <w:r>
        <w:t xml:space="preserve">Sandwiches </w:t>
      </w:r>
      <w:r w:rsidR="000C77FA">
        <w:t xml:space="preserve">/ </w:t>
      </w:r>
      <w:r>
        <w:t>Wrap / Baguette</w:t>
      </w:r>
      <w:r w:rsidR="000C77FA">
        <w:t xml:space="preserve"> (</w:t>
      </w:r>
      <w:r w:rsidR="00D23EDD">
        <w:t xml:space="preserve">salad </w:t>
      </w:r>
      <w:r w:rsidR="000C77FA">
        <w:t>1 meat)</w:t>
      </w:r>
      <w:r>
        <w:t xml:space="preserve"> – £</w:t>
      </w:r>
      <w:r w:rsidR="00631650">
        <w:t>3.00</w:t>
      </w:r>
    </w:p>
    <w:p w14:paraId="42B24467" w14:textId="559A73E8" w:rsidR="000C77FA" w:rsidRDefault="000C77FA" w:rsidP="000C77FA">
      <w:r>
        <w:t>Sandwiches / Wrap / Baguette (</w:t>
      </w:r>
      <w:r w:rsidR="00D23EDD">
        <w:t xml:space="preserve">salad </w:t>
      </w:r>
      <w:r>
        <w:t>2 meat) – £3</w:t>
      </w:r>
      <w:r w:rsidR="00631650">
        <w:t>.30</w:t>
      </w:r>
    </w:p>
    <w:p w14:paraId="50CF058D" w14:textId="77777777" w:rsidR="00F15486" w:rsidRDefault="00E469D2">
      <w:r>
        <w:t>Extra meat -</w:t>
      </w:r>
      <w:r w:rsidR="004B43A7">
        <w:t xml:space="preserve"> £0.30</w:t>
      </w:r>
      <w:r>
        <w:t xml:space="preserve"> </w:t>
      </w:r>
    </w:p>
    <w:p w14:paraId="13FD6847" w14:textId="1A6AE34D" w:rsidR="00D71790" w:rsidRDefault="00D71790">
      <w:r>
        <w:t>Chicken Goujon (*3) wrap / baguette £</w:t>
      </w:r>
      <w:r w:rsidR="00F15889">
        <w:t xml:space="preserve"> 2.90</w:t>
      </w:r>
    </w:p>
    <w:p w14:paraId="206FB964" w14:textId="130893D8" w:rsidR="00A821D4" w:rsidRDefault="00F15486">
      <w:r>
        <w:t>Salad bowl - £2.80</w:t>
      </w:r>
      <w:r w:rsidR="00E469D2">
        <w:t xml:space="preserve"> </w:t>
      </w:r>
    </w:p>
    <w:p w14:paraId="1027B586" w14:textId="3F80568A" w:rsidR="00A821D4" w:rsidRDefault="00F52179">
      <w:r>
        <w:t>Single Fruit (whole) – £0.</w:t>
      </w:r>
      <w:r w:rsidR="00FA3053">
        <w:t>50</w:t>
      </w:r>
    </w:p>
    <w:p w14:paraId="5E6B9BF6" w14:textId="77777777" w:rsidR="00A821D4" w:rsidRDefault="00F52179">
      <w:r>
        <w:t>Yogurt Pot – £0.60</w:t>
      </w:r>
    </w:p>
    <w:p w14:paraId="186797D7" w14:textId="099150EA" w:rsidR="00A821D4" w:rsidRDefault="00F52179">
      <w:r>
        <w:t xml:space="preserve">Ice Cream </w:t>
      </w:r>
      <w:r w:rsidR="00FA3053">
        <w:t>cone</w:t>
      </w:r>
      <w:r>
        <w:t xml:space="preserve"> – £</w:t>
      </w:r>
      <w:r w:rsidR="00A05A1C">
        <w:t>1</w:t>
      </w:r>
      <w:r>
        <w:t>.</w:t>
      </w:r>
      <w:r w:rsidR="00631650">
        <w:t>10</w:t>
      </w:r>
    </w:p>
    <w:p w14:paraId="68A247A7" w14:textId="10F4CBE5" w:rsidR="00A05A1C" w:rsidRDefault="00A05A1C">
      <w:r>
        <w:t xml:space="preserve">Ice Cream </w:t>
      </w:r>
      <w:proofErr w:type="spellStart"/>
      <w:r>
        <w:t>lollies</w:t>
      </w:r>
      <w:proofErr w:type="spellEnd"/>
      <w:r>
        <w:t xml:space="preserve"> - £0.70</w:t>
      </w:r>
    </w:p>
    <w:p w14:paraId="5938CC46" w14:textId="77777777" w:rsidR="00A821D4" w:rsidRDefault="00F52179">
      <w:pPr>
        <w:pStyle w:val="Heading1"/>
      </w:pPr>
      <w:r>
        <w:t>Main Meals &amp; Deals</w:t>
      </w:r>
    </w:p>
    <w:p w14:paraId="43CD0B68" w14:textId="33EB4957" w:rsidR="00A05A1C" w:rsidRDefault="00A05A1C" w:rsidP="00A05A1C">
      <w:r>
        <w:t>Roast</w:t>
      </w:r>
      <w:r w:rsidR="00E377E0">
        <w:t xml:space="preserve"> -</w:t>
      </w:r>
      <w:r>
        <w:t xml:space="preserve"> £2.</w:t>
      </w:r>
      <w:r w:rsidR="00631650">
        <w:t>20</w:t>
      </w:r>
    </w:p>
    <w:p w14:paraId="0895A32B" w14:textId="3B48CA0B" w:rsidR="00A05A1C" w:rsidRDefault="00A05A1C" w:rsidP="00A05A1C">
      <w:r>
        <w:t>Stuffed Chicken</w:t>
      </w:r>
      <w:r w:rsidR="00E377E0">
        <w:t xml:space="preserve"> -</w:t>
      </w:r>
      <w:r>
        <w:t xml:space="preserve"> £2.</w:t>
      </w:r>
      <w:r w:rsidR="00631650">
        <w:t>6</w:t>
      </w:r>
      <w:r>
        <w:t>0</w:t>
      </w:r>
    </w:p>
    <w:p w14:paraId="07813713" w14:textId="146B8DBD" w:rsidR="00A05A1C" w:rsidRDefault="00A05A1C" w:rsidP="00A05A1C">
      <w:r>
        <w:t xml:space="preserve">Stuffed Sausage </w:t>
      </w:r>
      <w:r w:rsidR="00E377E0">
        <w:t xml:space="preserve">- </w:t>
      </w:r>
      <w:r>
        <w:t>£1.</w:t>
      </w:r>
      <w:r w:rsidR="00631650">
        <w:t>9</w:t>
      </w:r>
      <w:r>
        <w:t>0</w:t>
      </w:r>
    </w:p>
    <w:p w14:paraId="2BD90C73" w14:textId="73754E18" w:rsidR="00A05A1C" w:rsidRDefault="00A05A1C" w:rsidP="00A05A1C">
      <w:r>
        <w:t>Stuffed bacon rolls</w:t>
      </w:r>
      <w:r w:rsidR="00E377E0">
        <w:t xml:space="preserve"> -</w:t>
      </w:r>
      <w:r>
        <w:t xml:space="preserve"> £1.40</w:t>
      </w:r>
    </w:p>
    <w:p w14:paraId="4E395486" w14:textId="32B86FC4" w:rsidR="00A05A1C" w:rsidRDefault="00E377E0" w:rsidP="00A05A1C">
      <w:r>
        <w:t xml:space="preserve">Beef </w:t>
      </w:r>
      <w:proofErr w:type="spellStart"/>
      <w:r w:rsidR="00A05A1C">
        <w:t>Lasange</w:t>
      </w:r>
      <w:proofErr w:type="spellEnd"/>
      <w:r>
        <w:t xml:space="preserve"> -</w:t>
      </w:r>
      <w:r w:rsidR="00A05A1C">
        <w:t xml:space="preserve"> £2.</w:t>
      </w:r>
      <w:r w:rsidR="00631650">
        <w:t>7</w:t>
      </w:r>
      <w:r w:rsidR="00A05A1C">
        <w:t>0</w:t>
      </w:r>
    </w:p>
    <w:p w14:paraId="2EC571C1" w14:textId="457B0E31" w:rsidR="00A05A1C" w:rsidRDefault="00E377E0" w:rsidP="00A05A1C">
      <w:r>
        <w:t>Spaghetti Bolognese - £</w:t>
      </w:r>
      <w:r w:rsidR="00631650">
        <w:t>3</w:t>
      </w:r>
      <w:r>
        <w:t>.</w:t>
      </w:r>
      <w:r w:rsidR="00631650">
        <w:t>0</w:t>
      </w:r>
      <w:r>
        <w:t>0</w:t>
      </w:r>
    </w:p>
    <w:p w14:paraId="2748D01D" w14:textId="4BD197F0" w:rsidR="00E377E0" w:rsidRDefault="00E377E0" w:rsidP="00A05A1C">
      <w:r>
        <w:t>Spaghetti Carbonari - £2.</w:t>
      </w:r>
      <w:r w:rsidR="00631650">
        <w:t>6</w:t>
      </w:r>
      <w:r>
        <w:t>0</w:t>
      </w:r>
    </w:p>
    <w:p w14:paraId="3DB17D45" w14:textId="26A9A7ED" w:rsidR="000C77FA" w:rsidRDefault="000C77FA" w:rsidP="00A05A1C">
      <w:r>
        <w:t>Macaroni &amp; Cheese - £2.</w:t>
      </w:r>
      <w:r w:rsidR="00631650">
        <w:t>5</w:t>
      </w:r>
      <w:r>
        <w:t>0</w:t>
      </w:r>
    </w:p>
    <w:p w14:paraId="0BF2AB85" w14:textId="5A77DA3E" w:rsidR="00E377E0" w:rsidRDefault="00E377E0" w:rsidP="00A05A1C">
      <w:r>
        <w:t>Creamy chicken Tomato Pasta - £2.</w:t>
      </w:r>
      <w:r w:rsidR="00631650">
        <w:t>8</w:t>
      </w:r>
      <w:r>
        <w:t>0</w:t>
      </w:r>
    </w:p>
    <w:p w14:paraId="2EC332A0" w14:textId="77777777" w:rsidR="00F15889" w:rsidRDefault="00F15889" w:rsidP="00A05A1C"/>
    <w:p w14:paraId="310AB460" w14:textId="1AE6D1B4" w:rsidR="00A05A1C" w:rsidRDefault="00E377E0" w:rsidP="00A05A1C">
      <w:r>
        <w:t>Chicken Teriyaki Noodles - £2</w:t>
      </w:r>
      <w:r w:rsidR="00631650">
        <w:t>.80</w:t>
      </w:r>
    </w:p>
    <w:p w14:paraId="43C8AE23" w14:textId="72A5960C" w:rsidR="00E377E0" w:rsidRDefault="00E377E0" w:rsidP="00A05A1C">
      <w:r>
        <w:t>Sweet &amp; Sour Pork - £</w:t>
      </w:r>
      <w:r w:rsidR="00631650">
        <w:t>3.00</w:t>
      </w:r>
    </w:p>
    <w:p w14:paraId="5C41CE13" w14:textId="066687EC" w:rsidR="00E377E0" w:rsidRDefault="00E377E0" w:rsidP="00A05A1C">
      <w:r>
        <w:t>Chicken Goujons (x2) - £1.00</w:t>
      </w:r>
    </w:p>
    <w:p w14:paraId="4B892924" w14:textId="4D9FBE19" w:rsidR="00E377E0" w:rsidRDefault="00E377E0" w:rsidP="00A05A1C">
      <w:r>
        <w:t>Chicken Curry/Chips - £3.</w:t>
      </w:r>
      <w:r w:rsidR="00631650">
        <w:t>4</w:t>
      </w:r>
      <w:r>
        <w:t xml:space="preserve">0 </w:t>
      </w:r>
    </w:p>
    <w:p w14:paraId="77963901" w14:textId="4378A7B1" w:rsidR="00E377E0" w:rsidRDefault="00E377E0" w:rsidP="00A05A1C">
      <w:r>
        <w:t>Chicken Curry/ Rice</w:t>
      </w:r>
      <w:r w:rsidR="000C77FA">
        <w:t xml:space="preserve"> -</w:t>
      </w:r>
      <w:r>
        <w:t xml:space="preserve"> £</w:t>
      </w:r>
      <w:r w:rsidR="00631650">
        <w:t>3.10</w:t>
      </w:r>
    </w:p>
    <w:p w14:paraId="1068913C" w14:textId="792A18C7" w:rsidR="00E377E0" w:rsidRDefault="00E377E0" w:rsidP="00A05A1C">
      <w:r>
        <w:t xml:space="preserve">Chicken Curry </w:t>
      </w:r>
      <w:r w:rsidR="000C77FA">
        <w:t>Half/half - £3.</w:t>
      </w:r>
      <w:r w:rsidR="00631650">
        <w:t>2</w:t>
      </w:r>
      <w:r w:rsidR="000C77FA">
        <w:t>0</w:t>
      </w:r>
    </w:p>
    <w:p w14:paraId="31900D9B" w14:textId="4BB4DFD8" w:rsidR="008110DE" w:rsidRDefault="008110DE" w:rsidP="00A05A1C">
      <w:r>
        <w:t>Chicken Curry Only -£</w:t>
      </w:r>
      <w:r w:rsidR="00631650">
        <w:t>2.10</w:t>
      </w:r>
    </w:p>
    <w:p w14:paraId="7ECA9E89" w14:textId="6C614E64" w:rsidR="00A05A1C" w:rsidRDefault="000C77FA" w:rsidP="00A05A1C">
      <w:r>
        <w:t>Chicken Vol-au-vent - £1.</w:t>
      </w:r>
      <w:r w:rsidR="00631650">
        <w:t>90</w:t>
      </w:r>
    </w:p>
    <w:p w14:paraId="73A817E9" w14:textId="07EDD088" w:rsidR="00A05A1C" w:rsidRDefault="000C77FA" w:rsidP="00A05A1C">
      <w:r>
        <w:t>Breaded fish – £</w:t>
      </w:r>
      <w:r w:rsidR="00631650">
        <w:t>2.00</w:t>
      </w:r>
    </w:p>
    <w:p w14:paraId="774D69E4" w14:textId="213842C1" w:rsidR="000C77FA" w:rsidRPr="00A05A1C" w:rsidRDefault="000C77FA" w:rsidP="00A05A1C">
      <w:r>
        <w:t>Fish Fingers £0.70</w:t>
      </w:r>
    </w:p>
    <w:p w14:paraId="63A97FB9" w14:textId="32E8BFCF" w:rsidR="00A821D4" w:rsidRDefault="00F52179" w:rsidP="004B43A7">
      <w:pPr>
        <w:pStyle w:val="Heading1"/>
      </w:pPr>
      <w:r>
        <w:t>Drinks</w:t>
      </w:r>
    </w:p>
    <w:p w14:paraId="68DCEE82" w14:textId="67E85962" w:rsidR="006E0CC8" w:rsidRDefault="006E0CC8" w:rsidP="006E0CC8">
      <w:r>
        <w:t xml:space="preserve">Tea/coffee large - £1.20 </w:t>
      </w:r>
    </w:p>
    <w:p w14:paraId="0780CC86" w14:textId="72A69D54" w:rsidR="006E0CC8" w:rsidRDefault="006E0CC8" w:rsidP="006E0CC8">
      <w:r>
        <w:t>Tea/coffee small - £0.70</w:t>
      </w:r>
    </w:p>
    <w:p w14:paraId="6E698E5E" w14:textId="24B575D2" w:rsidR="006E0CC8" w:rsidRDefault="006E0CC8" w:rsidP="006E0CC8">
      <w:r>
        <w:t>Hot Chocolate large - £1.</w:t>
      </w:r>
      <w:r w:rsidR="008C580D">
        <w:t>5</w:t>
      </w:r>
      <w:r>
        <w:t>0</w:t>
      </w:r>
    </w:p>
    <w:p w14:paraId="1EDB56A5" w14:textId="227F32AE" w:rsidR="006E0CC8" w:rsidRPr="006E0CC8" w:rsidRDefault="006E0CC8" w:rsidP="006E0CC8">
      <w:proofErr w:type="gramStart"/>
      <w:r>
        <w:t>Hot Chocolate Small</w:t>
      </w:r>
      <w:proofErr w:type="gramEnd"/>
      <w:r>
        <w:t xml:space="preserve"> - £0.</w:t>
      </w:r>
      <w:r w:rsidR="008C580D">
        <w:t>9</w:t>
      </w:r>
      <w:r>
        <w:t>0</w:t>
      </w:r>
    </w:p>
    <w:p w14:paraId="7CA41AE8" w14:textId="0A95FC7C" w:rsidR="004B43A7" w:rsidRDefault="00F52179">
      <w:r>
        <w:t>Milk 250ml – £0.</w:t>
      </w:r>
      <w:r w:rsidR="004B43A7">
        <w:t>60</w:t>
      </w:r>
    </w:p>
    <w:p w14:paraId="2E0DA000" w14:textId="0A26725C" w:rsidR="00A821D4" w:rsidRDefault="004B43A7">
      <w:proofErr w:type="spellStart"/>
      <w:r>
        <w:t>Riverrock</w:t>
      </w:r>
      <w:proofErr w:type="spellEnd"/>
      <w:r>
        <w:t xml:space="preserve"> Water 500ml</w:t>
      </w:r>
      <w:r w:rsidR="00F52179">
        <w:t xml:space="preserve"> – £</w:t>
      </w:r>
      <w:r w:rsidR="008C580D">
        <w:t>1</w:t>
      </w:r>
      <w:r>
        <w:t>.</w:t>
      </w:r>
      <w:r w:rsidR="008C580D">
        <w:t>1</w:t>
      </w:r>
      <w:r>
        <w:t>0</w:t>
      </w:r>
    </w:p>
    <w:p w14:paraId="5BBFEE4C" w14:textId="4B75CCE1" w:rsidR="00A821D4" w:rsidRDefault="00F52179">
      <w:proofErr w:type="spellStart"/>
      <w:r>
        <w:t>River</w:t>
      </w:r>
      <w:r w:rsidR="004B43A7">
        <w:t>r</w:t>
      </w:r>
      <w:r>
        <w:t>ock</w:t>
      </w:r>
      <w:proofErr w:type="spellEnd"/>
      <w:r>
        <w:t xml:space="preserve"> </w:t>
      </w:r>
      <w:r w:rsidR="004B43A7">
        <w:t xml:space="preserve">Flavor Water </w:t>
      </w:r>
      <w:r>
        <w:t>500ml – £1.</w:t>
      </w:r>
      <w:r w:rsidR="008C580D">
        <w:t>6</w:t>
      </w:r>
      <w:r w:rsidR="004B43A7">
        <w:t>0</w:t>
      </w:r>
    </w:p>
    <w:p w14:paraId="1D017A31" w14:textId="51F73E0E" w:rsidR="004B43A7" w:rsidRDefault="00F52179">
      <w:proofErr w:type="spellStart"/>
      <w:r>
        <w:t>River</w:t>
      </w:r>
      <w:r w:rsidR="004B43A7">
        <w:t>rock</w:t>
      </w:r>
      <w:proofErr w:type="spellEnd"/>
      <w:r w:rsidR="004B43A7">
        <w:t xml:space="preserve"> water 750ml - £1.</w:t>
      </w:r>
      <w:r w:rsidR="008C580D">
        <w:t>5</w:t>
      </w:r>
      <w:r w:rsidR="004B43A7">
        <w:t>0</w:t>
      </w:r>
    </w:p>
    <w:p w14:paraId="587BD641" w14:textId="4DDD3452" w:rsidR="00A821D4" w:rsidRDefault="004B43A7">
      <w:proofErr w:type="spellStart"/>
      <w:r>
        <w:t>Riverrock</w:t>
      </w:r>
      <w:proofErr w:type="spellEnd"/>
      <w:r>
        <w:t xml:space="preserve"> Flavor</w:t>
      </w:r>
      <w:r w:rsidR="006E0CC8">
        <w:t xml:space="preserve"> Water</w:t>
      </w:r>
      <w:r>
        <w:t xml:space="preserve"> 750ml - £1.</w:t>
      </w:r>
      <w:r w:rsidR="008C580D">
        <w:t>9</w:t>
      </w:r>
      <w:r>
        <w:t xml:space="preserve">0 </w:t>
      </w:r>
    </w:p>
    <w:p w14:paraId="64E4CB19" w14:textId="7D829A76" w:rsidR="004B43A7" w:rsidRDefault="006E0CC8">
      <w:r>
        <w:t>Sukie - £1.</w:t>
      </w:r>
      <w:r w:rsidR="008C580D">
        <w:t>20</w:t>
      </w:r>
    </w:p>
    <w:p w14:paraId="24AC0A46" w14:textId="15CD4C0E" w:rsidR="006E0CC8" w:rsidRDefault="006E0CC8">
      <w:r>
        <w:t>Oasis - £1.</w:t>
      </w:r>
      <w:r w:rsidR="008C580D">
        <w:t>30</w:t>
      </w:r>
    </w:p>
    <w:p w14:paraId="204343DB" w14:textId="4FC50038" w:rsidR="006E0CC8" w:rsidRDefault="006E0CC8">
      <w:r>
        <w:t>Sparking Ice £1.</w:t>
      </w:r>
      <w:r w:rsidR="008C580D">
        <w:t>80</w:t>
      </w:r>
    </w:p>
    <w:p w14:paraId="21D752AF" w14:textId="63FFD6A0" w:rsidR="00A821D4" w:rsidRDefault="00F52179">
      <w:proofErr w:type="spellStart"/>
      <w:r>
        <w:t>Fruice</w:t>
      </w:r>
      <w:proofErr w:type="spellEnd"/>
      <w:r>
        <w:t xml:space="preserve"> – £1.</w:t>
      </w:r>
      <w:r w:rsidR="008C580D">
        <w:t>60</w:t>
      </w:r>
    </w:p>
    <w:p w14:paraId="5C8BB999" w14:textId="71749591" w:rsidR="00A821D4" w:rsidRDefault="00A821D4"/>
    <w:p w14:paraId="775BFAFF" w14:textId="77777777" w:rsidR="00A821D4" w:rsidRDefault="00F52179">
      <w:pPr>
        <w:pStyle w:val="Heading1"/>
      </w:pPr>
      <w:r>
        <w:lastRenderedPageBreak/>
        <w:t>Sauces &amp; Spreads</w:t>
      </w:r>
    </w:p>
    <w:p w14:paraId="5081A4D1" w14:textId="77777777" w:rsidR="00D71790" w:rsidRDefault="00F52179">
      <w:r>
        <w:t>Jam – £0.15</w:t>
      </w:r>
    </w:p>
    <w:p w14:paraId="37C39DD3" w14:textId="189CD0DA" w:rsidR="00A821D4" w:rsidRDefault="00F52179">
      <w:r>
        <w:t>Butter / Red / Brown – £0.10</w:t>
      </w:r>
    </w:p>
    <w:p w14:paraId="668A75BA" w14:textId="77777777" w:rsidR="00A821D4" w:rsidRDefault="00F52179">
      <w:r>
        <w:t>Curry Sauce / Pepper Sauce – £0.70</w:t>
      </w:r>
    </w:p>
    <w:p w14:paraId="68D344BF" w14:textId="57EDE467" w:rsidR="00A821D4" w:rsidRDefault="00F52179">
      <w:r>
        <w:t>Gravy – £0.</w:t>
      </w:r>
      <w:r w:rsidR="004F5FA4">
        <w:t>50</w:t>
      </w:r>
    </w:p>
    <w:p w14:paraId="0C014DF9" w14:textId="77777777" w:rsidR="00A821D4" w:rsidRDefault="00F52179">
      <w:r>
        <w:t>Dairylea – £0.40</w:t>
      </w:r>
    </w:p>
    <w:p w14:paraId="2919033A" w14:textId="77777777" w:rsidR="00A821D4" w:rsidRDefault="00F52179">
      <w:pPr>
        <w:pStyle w:val="Heading1"/>
      </w:pPr>
      <w:r>
        <w:t>Soups &amp; Snacks</w:t>
      </w:r>
    </w:p>
    <w:p w14:paraId="3F9DA3A2" w14:textId="684CE217" w:rsidR="00A821D4" w:rsidRDefault="00F52179">
      <w:r>
        <w:t>Soup</w:t>
      </w:r>
      <w:r w:rsidR="00F15486">
        <w:t xml:space="preserve"> Small</w:t>
      </w:r>
      <w:r>
        <w:t xml:space="preserve"> – £</w:t>
      </w:r>
      <w:r w:rsidR="00F15486">
        <w:t>0.70</w:t>
      </w:r>
    </w:p>
    <w:p w14:paraId="3155349E" w14:textId="0D0BDB10" w:rsidR="00F15486" w:rsidRDefault="00F15486">
      <w:r>
        <w:t>Soup Large - £1.20</w:t>
      </w:r>
    </w:p>
    <w:p w14:paraId="6B4C354C" w14:textId="185F2956" w:rsidR="00A821D4" w:rsidRDefault="00F52179">
      <w:r>
        <w:t>Soup &amp; Roll – £1.</w:t>
      </w:r>
      <w:r w:rsidR="00F15486">
        <w:t>50</w:t>
      </w:r>
    </w:p>
    <w:p w14:paraId="65A5A1D0" w14:textId="02986AAB" w:rsidR="00A821D4" w:rsidRDefault="00F52179">
      <w:r>
        <w:t>Pizza</w:t>
      </w:r>
      <w:r w:rsidR="00D23EDD">
        <w:t xml:space="preserve"> Margherita –</w:t>
      </w:r>
      <w:r>
        <w:t xml:space="preserve"> £1.</w:t>
      </w:r>
      <w:r w:rsidR="008C580D">
        <w:t>5</w:t>
      </w:r>
      <w:r>
        <w:t>0</w:t>
      </w:r>
    </w:p>
    <w:p w14:paraId="2CBDD0DF" w14:textId="0A7897A6" w:rsidR="00D23EDD" w:rsidRDefault="00D23EDD">
      <w:r>
        <w:t>Pizza Pepperoni - £1.</w:t>
      </w:r>
      <w:r w:rsidR="008C580D">
        <w:t>70</w:t>
      </w:r>
    </w:p>
    <w:p w14:paraId="5C9E3C66" w14:textId="7E91BF88" w:rsidR="00D23EDD" w:rsidRDefault="00D23EDD">
      <w:r>
        <w:t>Mixed Panini - £</w:t>
      </w:r>
      <w:r w:rsidR="008110DE">
        <w:t>2.</w:t>
      </w:r>
      <w:r w:rsidR="008C580D">
        <w:t>90</w:t>
      </w:r>
    </w:p>
    <w:p w14:paraId="1157E7A0" w14:textId="667B4213" w:rsidR="00F15889" w:rsidRDefault="00F15889">
      <w:r>
        <w:t>Meat free Burger - £1.</w:t>
      </w:r>
      <w:r w:rsidR="008C580D">
        <w:t>9</w:t>
      </w:r>
      <w:r>
        <w:t>0</w:t>
      </w:r>
    </w:p>
    <w:p w14:paraId="1E3D967C" w14:textId="4A942957" w:rsidR="00A821D4" w:rsidRDefault="00F52179">
      <w:r>
        <w:t>Burger (beef or chicken) – £2.</w:t>
      </w:r>
      <w:r w:rsidR="008C580D">
        <w:t>70</w:t>
      </w:r>
    </w:p>
    <w:p w14:paraId="4B733E93" w14:textId="3B61ED61" w:rsidR="00D23EDD" w:rsidRDefault="00D23EDD" w:rsidP="00D23EDD">
      <w:r>
        <w:t>Hot Dog – £1.60</w:t>
      </w:r>
    </w:p>
    <w:p w14:paraId="28D04105" w14:textId="61531D91" w:rsidR="00A821D4" w:rsidRDefault="00F52179">
      <w:pPr>
        <w:pStyle w:val="Heading1"/>
      </w:pPr>
      <w:r>
        <w:t>Potatoes</w:t>
      </w:r>
      <w:r w:rsidR="008110DE">
        <w:t>,</w:t>
      </w:r>
      <w:r>
        <w:t xml:space="preserve"> Veg</w:t>
      </w:r>
      <w:r w:rsidR="008110DE">
        <w:t xml:space="preserve"> and Extras</w:t>
      </w:r>
    </w:p>
    <w:p w14:paraId="585B3861" w14:textId="2B7D508A" w:rsidR="00A821D4" w:rsidRDefault="00F52179">
      <w:r>
        <w:t>Chipped Potatoes</w:t>
      </w:r>
      <w:r w:rsidR="00D23EDD">
        <w:t xml:space="preserve"> large</w:t>
      </w:r>
      <w:r>
        <w:t xml:space="preserve"> – £1.</w:t>
      </w:r>
      <w:r w:rsidR="008C580D">
        <w:t>80</w:t>
      </w:r>
    </w:p>
    <w:p w14:paraId="5C0220F7" w14:textId="707600D0" w:rsidR="00D23EDD" w:rsidRDefault="00D23EDD">
      <w:proofErr w:type="gramStart"/>
      <w:r>
        <w:t>Chipped Potatoes Small</w:t>
      </w:r>
      <w:proofErr w:type="gramEnd"/>
      <w:r>
        <w:t xml:space="preserve"> - £0.90</w:t>
      </w:r>
    </w:p>
    <w:p w14:paraId="04780245" w14:textId="578F7DE5" w:rsidR="00A821D4" w:rsidRDefault="008110DE">
      <w:r>
        <w:t xml:space="preserve">Creamed </w:t>
      </w:r>
      <w:r w:rsidR="00F52179">
        <w:t>Potatoes – £0.</w:t>
      </w:r>
      <w:r w:rsidR="00BF4988">
        <w:t>60</w:t>
      </w:r>
    </w:p>
    <w:p w14:paraId="0AFBC18C" w14:textId="0DB08188" w:rsidR="00A821D4" w:rsidRDefault="00F52179">
      <w:r>
        <w:t>Roast Potatoes – £0.</w:t>
      </w:r>
      <w:r w:rsidR="00BF4988">
        <w:t>80</w:t>
      </w:r>
    </w:p>
    <w:p w14:paraId="27F1CF60" w14:textId="45B0AD3D" w:rsidR="00D23EDD" w:rsidRDefault="00D23EDD" w:rsidP="00D23EDD">
      <w:r>
        <w:t>Baked Potato (plain) – £1.</w:t>
      </w:r>
      <w:r w:rsidR="008C580D">
        <w:t>1</w:t>
      </w:r>
      <w:r>
        <w:t>0</w:t>
      </w:r>
    </w:p>
    <w:p w14:paraId="02AD5857" w14:textId="6FE43B7F" w:rsidR="00D23EDD" w:rsidRDefault="00D23EDD" w:rsidP="00D23EDD">
      <w:r>
        <w:t>Filled Baked Potato (one filling) – £1.</w:t>
      </w:r>
      <w:r w:rsidR="008C580D">
        <w:t>6</w:t>
      </w:r>
      <w:r>
        <w:t>0</w:t>
      </w:r>
    </w:p>
    <w:p w14:paraId="05AAB9EB" w14:textId="77777777" w:rsidR="00D23EDD" w:rsidRDefault="00D23EDD">
      <w:r>
        <w:t>Vegetables – £0.50</w:t>
      </w:r>
    </w:p>
    <w:p w14:paraId="32D3BB82" w14:textId="67B6AE21" w:rsidR="008110DE" w:rsidRDefault="008110DE">
      <w:r>
        <w:t>Rice/Pasta - £0.80</w:t>
      </w:r>
    </w:p>
    <w:p w14:paraId="0BEFD4EA" w14:textId="77777777" w:rsidR="00F52179" w:rsidRDefault="00F52179" w:rsidP="00F52179">
      <w:r>
        <w:t>Garlic Bread/Naan £0.40</w:t>
      </w:r>
    </w:p>
    <w:p w14:paraId="5ACD2ACD" w14:textId="77777777" w:rsidR="00F52179" w:rsidRDefault="00F52179"/>
    <w:p w14:paraId="072A0AE4" w14:textId="7EDB220D" w:rsidR="008110DE" w:rsidRDefault="008110DE">
      <w:r>
        <w:t>Coleslaw - £</w:t>
      </w:r>
      <w:r w:rsidR="00D71790">
        <w:t>0.50</w:t>
      </w:r>
    </w:p>
    <w:p w14:paraId="1D82D954" w14:textId="739E9123" w:rsidR="008110DE" w:rsidRDefault="008110DE">
      <w:r>
        <w:t>Cheese</w:t>
      </w:r>
      <w:r w:rsidR="00D71790">
        <w:t xml:space="preserve"> - £0.50</w:t>
      </w:r>
    </w:p>
    <w:p w14:paraId="51AE05EF" w14:textId="07A9D52E" w:rsidR="008110DE" w:rsidRDefault="008110DE">
      <w:r>
        <w:t>Cheese slice</w:t>
      </w:r>
      <w:r w:rsidR="00D71790">
        <w:t xml:space="preserve"> £0.10 </w:t>
      </w:r>
    </w:p>
    <w:p w14:paraId="773CDF57" w14:textId="023350AD" w:rsidR="00A821D4" w:rsidRDefault="00F52179">
      <w:r>
        <w:t>Baked Beans – £0.60</w:t>
      </w:r>
    </w:p>
    <w:p w14:paraId="7550F162" w14:textId="5DF7908F" w:rsidR="00A821D4" w:rsidRDefault="00BF4988">
      <w:r>
        <w:t>Stuffing - £0.60</w:t>
      </w:r>
      <w:r w:rsidR="00F52179">
        <w:br/>
      </w:r>
    </w:p>
    <w:sectPr w:rsidR="00A821D4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06353754">
    <w:abstractNumId w:val="8"/>
  </w:num>
  <w:num w:numId="2" w16cid:durableId="980772544">
    <w:abstractNumId w:val="6"/>
  </w:num>
  <w:num w:numId="3" w16cid:durableId="222453360">
    <w:abstractNumId w:val="5"/>
  </w:num>
  <w:num w:numId="4" w16cid:durableId="82263488">
    <w:abstractNumId w:val="4"/>
  </w:num>
  <w:num w:numId="5" w16cid:durableId="575474941">
    <w:abstractNumId w:val="7"/>
  </w:num>
  <w:num w:numId="6" w16cid:durableId="147022173">
    <w:abstractNumId w:val="3"/>
  </w:num>
  <w:num w:numId="7" w16cid:durableId="501705135">
    <w:abstractNumId w:val="2"/>
  </w:num>
  <w:num w:numId="8" w16cid:durableId="1978878324">
    <w:abstractNumId w:val="1"/>
  </w:num>
  <w:num w:numId="9" w16cid:durableId="3239710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C77FA"/>
    <w:rsid w:val="0015074B"/>
    <w:rsid w:val="001A3CF5"/>
    <w:rsid w:val="0029639D"/>
    <w:rsid w:val="00326F90"/>
    <w:rsid w:val="003B7BEB"/>
    <w:rsid w:val="004B43A7"/>
    <w:rsid w:val="004F5FA4"/>
    <w:rsid w:val="00631650"/>
    <w:rsid w:val="006E0CC8"/>
    <w:rsid w:val="008110DE"/>
    <w:rsid w:val="008237DD"/>
    <w:rsid w:val="008C580D"/>
    <w:rsid w:val="00A05A1C"/>
    <w:rsid w:val="00A821D4"/>
    <w:rsid w:val="00AA1D8D"/>
    <w:rsid w:val="00B47730"/>
    <w:rsid w:val="00BF4988"/>
    <w:rsid w:val="00CB0664"/>
    <w:rsid w:val="00D23EDD"/>
    <w:rsid w:val="00D71790"/>
    <w:rsid w:val="00E377E0"/>
    <w:rsid w:val="00E469D2"/>
    <w:rsid w:val="00F15486"/>
    <w:rsid w:val="00F15889"/>
    <w:rsid w:val="00F52179"/>
    <w:rsid w:val="00FA305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C8FD331"/>
  <w14:defaultImageDpi w14:val="300"/>
  <w15:docId w15:val="{3D745C4B-9098-4F05-925D-C23D35DF7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374</Words>
  <Characters>2135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 Burns</cp:lastModifiedBy>
  <cp:revision>2</cp:revision>
  <cp:lastPrinted>2025-08-19T12:30:00Z</cp:lastPrinted>
  <dcterms:created xsi:type="dcterms:W3CDTF">2026-09-02T09:39:00Z</dcterms:created>
  <dcterms:modified xsi:type="dcterms:W3CDTF">2026-09-02T09:39:00Z</dcterms:modified>
  <cp:category/>
</cp:coreProperties>
</file>